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989"/>
        <w:gridCol w:w="4989"/>
      </w:tblGrid>
      <w:tr w:rsidR="00646DEB" w14:paraId="57F04835" w14:textId="77777777">
        <w:trPr>
          <w:cantSplit/>
          <w:jc w:val="center"/>
        </w:trPr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5D0679" w14:textId="77777777" w:rsidR="00646DEB" w:rsidRDefault="0018149A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3D247B5" wp14:editId="5515A712">
                  <wp:extent cx="648000" cy="6480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.pn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8000" cy="64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CE0C94" w14:textId="77777777" w:rsidR="00646DEB" w:rsidRDefault="0018149A">
            <w:pPr>
              <w:spacing w:after="40"/>
              <w:jc w:val="center"/>
            </w:pPr>
            <w:r>
              <w:rPr>
                <w:b/>
                <w:color w:val="5C4E1E"/>
                <w:sz w:val="20"/>
              </w:rPr>
              <w:t>COLEGIO DE CIRUJANOS DENTISTAS DEL PERÚ - REGIÓN LIMA</w:t>
            </w:r>
          </w:p>
          <w:p w14:paraId="79C53B37" w14:textId="77777777" w:rsidR="00646DEB" w:rsidRDefault="0018149A">
            <w:pPr>
              <w:spacing w:after="20"/>
              <w:jc w:val="center"/>
            </w:pPr>
            <w:r>
              <w:rPr>
                <w:b/>
                <w:color w:val="5A497D"/>
                <w:sz w:val="28"/>
              </w:rPr>
              <w:t>DECLARACIÓN JURADA DE ORIGINALIDAD Y VERACIDAD</w:t>
            </w:r>
          </w:p>
          <w:p w14:paraId="1E7DA8B1" w14:textId="77777777" w:rsidR="00646DEB" w:rsidRDefault="0018149A">
            <w:pPr>
              <w:spacing w:after="0"/>
              <w:jc w:val="center"/>
            </w:pPr>
            <w:r>
              <w:rPr>
                <w:b/>
                <w:sz w:val="19"/>
              </w:rPr>
              <w:t>Concurso de Buenas Prácticas en Salud Bucal Comunitaria y Atención Primaria 2026</w:t>
            </w:r>
          </w:p>
          <w:p w14:paraId="55BD3D94" w14:textId="77777777" w:rsidR="00646DEB" w:rsidRDefault="0018149A">
            <w:pPr>
              <w:spacing w:after="0"/>
              <w:jc w:val="center"/>
            </w:pPr>
            <w:r>
              <w:rPr>
                <w:b/>
                <w:i/>
                <w:color w:val="B79A00"/>
                <w:sz w:val="19"/>
              </w:rPr>
              <w:t>“Sonrisas que Transforman”</w:t>
            </w:r>
          </w:p>
        </w:tc>
      </w:tr>
    </w:tbl>
    <w:p w14:paraId="380EF33E" w14:textId="77777777" w:rsidR="00646DEB" w:rsidRDefault="00646DEB">
      <w:pPr>
        <w:spacing w:after="6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989"/>
        <w:gridCol w:w="4989"/>
      </w:tblGrid>
      <w:tr w:rsidR="00646DEB" w14:paraId="1FC35B7A" w14:textId="77777777">
        <w:trPr>
          <w:cantSplit/>
          <w:jc w:val="center"/>
        </w:trPr>
        <w:tc>
          <w:tcPr>
            <w:tcW w:w="4989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F2EF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0967122" w14:textId="77777777" w:rsidR="00646DEB" w:rsidRDefault="0018149A">
            <w:pPr>
              <w:spacing w:after="0"/>
            </w:pPr>
            <w:r>
              <w:rPr>
                <w:b/>
                <w:sz w:val="19"/>
              </w:rPr>
              <w:t xml:space="preserve">Apellidos y nombres del </w:t>
            </w:r>
            <w:r>
              <w:rPr>
                <w:b/>
                <w:sz w:val="19"/>
              </w:rPr>
              <w:t>responsable principal</w:t>
            </w:r>
          </w:p>
        </w:tc>
        <w:tc>
          <w:tcPr>
            <w:tcW w:w="4989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67EF680" w14:textId="77777777" w:rsidR="00646DEB" w:rsidRDefault="00646DEB">
            <w:pPr>
              <w:spacing w:after="0"/>
            </w:pPr>
          </w:p>
        </w:tc>
      </w:tr>
      <w:tr w:rsidR="00646DEB" w14:paraId="2C6DC5E6" w14:textId="77777777">
        <w:trPr>
          <w:cantSplit/>
          <w:jc w:val="center"/>
        </w:trPr>
        <w:tc>
          <w:tcPr>
            <w:tcW w:w="4989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F2EF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4991C08" w14:textId="77777777" w:rsidR="00646DEB" w:rsidRDefault="0018149A">
            <w:pPr>
              <w:spacing w:after="0"/>
            </w:pPr>
            <w:r>
              <w:rPr>
                <w:b/>
                <w:sz w:val="19"/>
              </w:rPr>
              <w:t>DNI / documento de identidad</w:t>
            </w:r>
          </w:p>
        </w:tc>
        <w:tc>
          <w:tcPr>
            <w:tcW w:w="4989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0D5280A" w14:textId="77777777" w:rsidR="00646DEB" w:rsidRDefault="00646DEB">
            <w:pPr>
              <w:spacing w:after="0"/>
            </w:pPr>
          </w:p>
        </w:tc>
      </w:tr>
      <w:tr w:rsidR="00646DEB" w14:paraId="5180E058" w14:textId="77777777">
        <w:trPr>
          <w:cantSplit/>
          <w:jc w:val="center"/>
        </w:trPr>
        <w:tc>
          <w:tcPr>
            <w:tcW w:w="4989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F2EF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A4DE039" w14:textId="77777777" w:rsidR="00646DEB" w:rsidRDefault="0018149A">
            <w:pPr>
              <w:spacing w:after="0"/>
            </w:pPr>
            <w:r>
              <w:rPr>
                <w:b/>
                <w:sz w:val="19"/>
              </w:rPr>
              <w:t>Título de la buena práctica</w:t>
            </w:r>
          </w:p>
        </w:tc>
        <w:tc>
          <w:tcPr>
            <w:tcW w:w="4989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89FB21D" w14:textId="77777777" w:rsidR="00646DEB" w:rsidRDefault="00646DEB">
            <w:pPr>
              <w:spacing w:after="0"/>
            </w:pPr>
          </w:p>
        </w:tc>
      </w:tr>
    </w:tbl>
    <w:p w14:paraId="582B79B1" w14:textId="77777777" w:rsidR="00646DEB" w:rsidRDefault="00646DEB">
      <w:pPr>
        <w:spacing w:after="40"/>
      </w:pPr>
    </w:p>
    <w:p w14:paraId="16E86075" w14:textId="77777777" w:rsidR="00646DEB" w:rsidRDefault="0018149A">
      <w:pPr>
        <w:spacing w:after="180"/>
        <w:jc w:val="both"/>
      </w:pPr>
      <w:r>
        <w:t xml:space="preserve">Yo, identificado(a) con el documento señalado, en calidad de responsable principal de la postulación, DECLARO BAJO JURAMENTO que la información contenida en la </w:t>
      </w:r>
      <w:r>
        <w:t>propuesta presentada al Concurso de Buenas Prácticas en Salud Bucal Comunitaria y Atención Primaria 2026 es veraz, completa y verificable.</w:t>
      </w:r>
    </w:p>
    <w:p w14:paraId="6BC92438" w14:textId="77777777" w:rsidR="00646DEB" w:rsidRDefault="0018149A">
      <w:pPr>
        <w:spacing w:after="180"/>
        <w:jc w:val="both"/>
      </w:pPr>
      <w:r>
        <w:t>Asimismo, declaro que la propuesta es original, que reconoce debidamente la autoría y las contribuciones de las perso</w:t>
      </w:r>
      <w:r>
        <w:t>nas e instituciones participantes, y que no ha sido premiada previamente por el Colegio de Cirujanos Dentistas del Perú - Región Lima bajo el mismo contenido sustancial.</w:t>
      </w:r>
    </w:p>
    <w:p w14:paraId="1E7F6FA2" w14:textId="77777777" w:rsidR="00646DEB" w:rsidRDefault="0018149A">
      <w:pPr>
        <w:spacing w:after="180"/>
        <w:jc w:val="both"/>
      </w:pPr>
      <w:r>
        <w:t>Declaro también que los documentos, evidencias, indicadores, materiales y demás inform</w:t>
      </w:r>
      <w:r>
        <w:t>ación adjunta corresponden a la experiencia presentada y que asumo responsabilidad por cualquier información falsa, plagio, vulneración de derechos de autor o uso no autorizado de información de terceros.</w:t>
      </w:r>
    </w:p>
    <w:p w14:paraId="19EA53EC" w14:textId="77777777" w:rsidR="00646DEB" w:rsidRDefault="00646DEB">
      <w:pPr>
        <w:spacing w:after="160"/>
      </w:pPr>
    </w:p>
    <w:p w14:paraId="4DA255CE" w14:textId="77777777" w:rsidR="00646DEB" w:rsidRDefault="0018149A">
      <w:pPr>
        <w:spacing w:after="360"/>
      </w:pPr>
      <w:r>
        <w:rPr>
          <w:sz w:val="20"/>
        </w:rPr>
        <w:t>Lugar y fecha: ___________________________________</w:t>
      </w:r>
      <w:r>
        <w:rPr>
          <w:sz w:val="20"/>
        </w:rPr>
        <w:t>______________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989"/>
        <w:gridCol w:w="4989"/>
      </w:tblGrid>
      <w:tr w:rsidR="00646DEB" w14:paraId="098444C0" w14:textId="77777777">
        <w:trPr>
          <w:cantSplit/>
          <w:jc w:val="center"/>
        </w:trPr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14:paraId="67C2AE34" w14:textId="77777777" w:rsidR="00646DEB" w:rsidRDefault="0018149A">
            <w:pPr>
              <w:jc w:val="center"/>
            </w:pPr>
            <w:r>
              <w:rPr>
                <w:sz w:val="20"/>
              </w:rPr>
              <w:t>__________________________________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14:paraId="32A1F016" w14:textId="77777777" w:rsidR="00646DEB" w:rsidRDefault="0018149A">
            <w:pPr>
              <w:jc w:val="center"/>
            </w:pPr>
            <w:r>
              <w:rPr>
                <w:sz w:val="20"/>
              </w:rPr>
              <w:t>__________________________________</w:t>
            </w:r>
          </w:p>
        </w:tc>
      </w:tr>
      <w:tr w:rsidR="00646DEB" w14:paraId="3368E288" w14:textId="77777777">
        <w:trPr>
          <w:cantSplit/>
          <w:jc w:val="center"/>
        </w:trPr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14:paraId="324E3B8A" w14:textId="77777777" w:rsidR="00646DEB" w:rsidRDefault="0018149A">
            <w:pPr>
              <w:jc w:val="center"/>
            </w:pPr>
            <w:r>
              <w:rPr>
                <w:b/>
                <w:sz w:val="18"/>
              </w:rPr>
              <w:t>Firma del responsable principal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14:paraId="7E4EE30A" w14:textId="77777777" w:rsidR="00646DEB" w:rsidRDefault="0018149A">
            <w:pPr>
              <w:jc w:val="center"/>
            </w:pPr>
            <w:r>
              <w:rPr>
                <w:b/>
                <w:sz w:val="18"/>
              </w:rPr>
              <w:t>DNI</w:t>
            </w:r>
          </w:p>
        </w:tc>
      </w:tr>
    </w:tbl>
    <w:p w14:paraId="59C74476" w14:textId="77777777" w:rsidR="00646DEB" w:rsidRDefault="0018149A">
      <w:pPr>
        <w:spacing w:before="240" w:after="0"/>
        <w:jc w:val="center"/>
      </w:pPr>
      <w:r>
        <w:rPr>
          <w:color w:val="666666"/>
          <w:sz w:val="15"/>
        </w:rPr>
        <w:t>Anexo 6 - Concurso Sonrisas que Transforman 2026</w:t>
      </w:r>
    </w:p>
    <w:p w14:paraId="4C9A4087" w14:textId="77777777" w:rsidR="00646DEB" w:rsidRDefault="00646DEB">
      <w:pPr>
        <w:sectPr w:rsidR="00646DEB">
          <w:footerReference w:type="default" r:id="rId9"/>
          <w:pgSz w:w="11906" w:h="16838"/>
          <w:pgMar w:top="765" w:right="964" w:bottom="765" w:left="964" w:header="720" w:footer="720" w:gutter="0"/>
          <w:cols w:space="720"/>
          <w:docGrid w:linePitch="360"/>
        </w:sect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989"/>
        <w:gridCol w:w="4989"/>
      </w:tblGrid>
      <w:tr w:rsidR="00646DEB" w14:paraId="436164CD" w14:textId="77777777">
        <w:trPr>
          <w:cantSplit/>
          <w:jc w:val="center"/>
        </w:trPr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AA56D4" w14:textId="77777777" w:rsidR="00646DEB" w:rsidRDefault="0018149A">
            <w:pPr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 wp14:anchorId="3AB73FD8" wp14:editId="2319274C">
                  <wp:extent cx="648000" cy="64800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.pn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8000" cy="64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D1F06A" w14:textId="77777777" w:rsidR="00646DEB" w:rsidRDefault="0018149A">
            <w:pPr>
              <w:spacing w:after="40"/>
              <w:jc w:val="center"/>
            </w:pPr>
            <w:r>
              <w:rPr>
                <w:b/>
                <w:color w:val="5C4E1E"/>
                <w:sz w:val="20"/>
              </w:rPr>
              <w:t xml:space="preserve">COLEGIO DE CIRUJANOS DENTISTAS DEL PERÚ - </w:t>
            </w:r>
            <w:r>
              <w:rPr>
                <w:b/>
                <w:color w:val="5C4E1E"/>
                <w:sz w:val="20"/>
              </w:rPr>
              <w:t>REGIÓN LIMA</w:t>
            </w:r>
          </w:p>
          <w:p w14:paraId="0200CD7B" w14:textId="77777777" w:rsidR="00646DEB" w:rsidRDefault="0018149A">
            <w:pPr>
              <w:spacing w:after="20"/>
              <w:jc w:val="center"/>
            </w:pPr>
            <w:r>
              <w:rPr>
                <w:b/>
                <w:color w:val="5A497D"/>
                <w:sz w:val="28"/>
              </w:rPr>
              <w:t>AUTORIZACIÓN PARA PUBLICACIÓN, DIFUSIÓN Y USO INSTITUCIONAL</w:t>
            </w:r>
          </w:p>
          <w:p w14:paraId="73D79949" w14:textId="77777777" w:rsidR="00646DEB" w:rsidRDefault="0018149A">
            <w:pPr>
              <w:spacing w:after="0"/>
              <w:jc w:val="center"/>
            </w:pPr>
            <w:r>
              <w:rPr>
                <w:b/>
                <w:sz w:val="19"/>
              </w:rPr>
              <w:t>Concurso de Buenas Prácticas en Salud Bucal Comunitaria y Atención Primaria 2026</w:t>
            </w:r>
          </w:p>
          <w:p w14:paraId="312068CE" w14:textId="77777777" w:rsidR="00646DEB" w:rsidRDefault="0018149A">
            <w:pPr>
              <w:spacing w:after="0"/>
              <w:jc w:val="center"/>
            </w:pPr>
            <w:r>
              <w:rPr>
                <w:b/>
                <w:i/>
                <w:color w:val="B79A00"/>
                <w:sz w:val="19"/>
              </w:rPr>
              <w:t>“Sonrisas que Transforman”</w:t>
            </w:r>
          </w:p>
        </w:tc>
      </w:tr>
    </w:tbl>
    <w:p w14:paraId="0A64EEA2" w14:textId="77777777" w:rsidR="00646DEB" w:rsidRDefault="00646DEB">
      <w:pPr>
        <w:spacing w:after="6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989"/>
        <w:gridCol w:w="4989"/>
      </w:tblGrid>
      <w:tr w:rsidR="00646DEB" w14:paraId="601B01AB" w14:textId="77777777">
        <w:trPr>
          <w:cantSplit/>
          <w:jc w:val="center"/>
        </w:trPr>
        <w:tc>
          <w:tcPr>
            <w:tcW w:w="4989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F2EF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D236E61" w14:textId="77777777" w:rsidR="00646DEB" w:rsidRDefault="0018149A">
            <w:pPr>
              <w:spacing w:after="0"/>
            </w:pPr>
            <w:r>
              <w:rPr>
                <w:b/>
                <w:sz w:val="19"/>
              </w:rPr>
              <w:t>Apellidos y nombres del responsable principal</w:t>
            </w:r>
          </w:p>
        </w:tc>
        <w:tc>
          <w:tcPr>
            <w:tcW w:w="4989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34E5B8D" w14:textId="77777777" w:rsidR="00646DEB" w:rsidRDefault="00646DEB">
            <w:pPr>
              <w:spacing w:after="0"/>
            </w:pPr>
          </w:p>
        </w:tc>
      </w:tr>
      <w:tr w:rsidR="00646DEB" w14:paraId="705DD733" w14:textId="77777777">
        <w:trPr>
          <w:cantSplit/>
          <w:jc w:val="center"/>
        </w:trPr>
        <w:tc>
          <w:tcPr>
            <w:tcW w:w="4989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F2EF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71BE7F9" w14:textId="77777777" w:rsidR="00646DEB" w:rsidRDefault="0018149A">
            <w:pPr>
              <w:spacing w:after="0"/>
            </w:pPr>
            <w:r>
              <w:rPr>
                <w:b/>
                <w:sz w:val="19"/>
              </w:rPr>
              <w:t xml:space="preserve">DNI / documento de </w:t>
            </w:r>
            <w:r>
              <w:rPr>
                <w:b/>
                <w:sz w:val="19"/>
              </w:rPr>
              <w:t>identidad</w:t>
            </w:r>
          </w:p>
        </w:tc>
        <w:tc>
          <w:tcPr>
            <w:tcW w:w="4989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49EEFAE" w14:textId="77777777" w:rsidR="00646DEB" w:rsidRDefault="00646DEB">
            <w:pPr>
              <w:spacing w:after="0"/>
            </w:pPr>
          </w:p>
        </w:tc>
      </w:tr>
      <w:tr w:rsidR="00646DEB" w14:paraId="27E2D262" w14:textId="77777777">
        <w:trPr>
          <w:cantSplit/>
          <w:jc w:val="center"/>
        </w:trPr>
        <w:tc>
          <w:tcPr>
            <w:tcW w:w="4989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F2EF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B15BC6E" w14:textId="77777777" w:rsidR="00646DEB" w:rsidRDefault="0018149A">
            <w:pPr>
              <w:spacing w:after="0"/>
            </w:pPr>
            <w:r>
              <w:rPr>
                <w:b/>
                <w:sz w:val="19"/>
              </w:rPr>
              <w:t>Título de la buena práctica</w:t>
            </w:r>
          </w:p>
        </w:tc>
        <w:tc>
          <w:tcPr>
            <w:tcW w:w="4989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BEAC05E" w14:textId="77777777" w:rsidR="00646DEB" w:rsidRDefault="00646DEB">
            <w:pPr>
              <w:spacing w:after="0"/>
            </w:pPr>
          </w:p>
        </w:tc>
      </w:tr>
    </w:tbl>
    <w:p w14:paraId="43ADB35F" w14:textId="77777777" w:rsidR="00646DEB" w:rsidRDefault="00646DEB">
      <w:pPr>
        <w:spacing w:after="40"/>
      </w:pPr>
    </w:p>
    <w:p w14:paraId="79C71F12" w14:textId="77777777" w:rsidR="00646DEB" w:rsidRDefault="0018149A">
      <w:pPr>
        <w:spacing w:after="180"/>
        <w:jc w:val="both"/>
      </w:pPr>
      <w:r>
        <w:t>Yo, identificado(a) con el documento señalado, en calidad de responsable principal de la postulación, AUTORIZO al Colegio de Cirujanos Dentistas del Perú - Región Lima, de manera gratuita, no exclusiva y sin fines</w:t>
      </w:r>
      <w:r>
        <w:t xml:space="preserve"> de lucro, a publicar, difundir, reproducir parcialmente, compilar y comunicar públicamente la propuesta seleccionada y los materiales vinculados a la experiencia presentada.</w:t>
      </w:r>
    </w:p>
    <w:p w14:paraId="66FFF464" w14:textId="77777777" w:rsidR="00646DEB" w:rsidRDefault="0018149A">
      <w:pPr>
        <w:spacing w:after="180"/>
        <w:jc w:val="both"/>
      </w:pPr>
      <w:r>
        <w:t xml:space="preserve">La presente autorización comprende su difusión en publicaciones </w:t>
      </w:r>
      <w:r>
        <w:t>institucionales, repositorios digitales, boletines, página web, redes sociales, eventos académicos y otros medios institucionales relacionados con los fines del concurso, respetando en todos los casos la autoría correspondiente.</w:t>
      </w:r>
    </w:p>
    <w:p w14:paraId="044F8E1A" w14:textId="77777777" w:rsidR="00646DEB" w:rsidRDefault="0018149A">
      <w:pPr>
        <w:spacing w:after="180"/>
        <w:jc w:val="both"/>
      </w:pPr>
      <w:r>
        <w:t xml:space="preserve">Declaro que cuento con las </w:t>
      </w:r>
      <w:r>
        <w:t>autorizaciones necesarias respecto de los materiales presentados y que la presente autorización no implica transferencia de los derechos de autor, los cuales permanecen en poder de sus autores o titulares legales.</w:t>
      </w:r>
    </w:p>
    <w:p w14:paraId="7B0B32E4" w14:textId="77777777" w:rsidR="00646DEB" w:rsidRDefault="00646DEB">
      <w:pPr>
        <w:spacing w:after="160"/>
      </w:pPr>
    </w:p>
    <w:p w14:paraId="77AC3E8D" w14:textId="77777777" w:rsidR="00646DEB" w:rsidRDefault="0018149A">
      <w:pPr>
        <w:spacing w:after="360"/>
      </w:pPr>
      <w:r>
        <w:rPr>
          <w:sz w:val="20"/>
        </w:rPr>
        <w:t>Lugar y fecha: __________________________</w:t>
      </w:r>
      <w:r>
        <w:rPr>
          <w:sz w:val="20"/>
        </w:rPr>
        <w:t>_______________________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989"/>
        <w:gridCol w:w="4989"/>
      </w:tblGrid>
      <w:tr w:rsidR="00646DEB" w14:paraId="556C71B0" w14:textId="77777777">
        <w:trPr>
          <w:cantSplit/>
          <w:jc w:val="center"/>
        </w:trPr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14:paraId="25E88C74" w14:textId="77777777" w:rsidR="00646DEB" w:rsidRDefault="0018149A">
            <w:pPr>
              <w:jc w:val="center"/>
            </w:pPr>
            <w:r>
              <w:rPr>
                <w:sz w:val="20"/>
              </w:rPr>
              <w:t>__________________________________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14:paraId="656100E6" w14:textId="77777777" w:rsidR="00646DEB" w:rsidRDefault="0018149A">
            <w:pPr>
              <w:jc w:val="center"/>
            </w:pPr>
            <w:r>
              <w:rPr>
                <w:sz w:val="20"/>
              </w:rPr>
              <w:t>__________________________________</w:t>
            </w:r>
          </w:p>
        </w:tc>
      </w:tr>
      <w:tr w:rsidR="00646DEB" w14:paraId="009BC1F8" w14:textId="77777777">
        <w:trPr>
          <w:cantSplit/>
          <w:jc w:val="center"/>
        </w:trPr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14:paraId="3C5249A0" w14:textId="77777777" w:rsidR="00646DEB" w:rsidRDefault="0018149A">
            <w:pPr>
              <w:jc w:val="center"/>
            </w:pPr>
            <w:r>
              <w:rPr>
                <w:b/>
                <w:sz w:val="18"/>
              </w:rPr>
              <w:t>Firma del responsable principal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14:paraId="3BDF4D0D" w14:textId="77777777" w:rsidR="00646DEB" w:rsidRDefault="0018149A">
            <w:pPr>
              <w:jc w:val="center"/>
            </w:pPr>
            <w:r>
              <w:rPr>
                <w:b/>
                <w:sz w:val="18"/>
              </w:rPr>
              <w:t>DNI</w:t>
            </w:r>
          </w:p>
        </w:tc>
      </w:tr>
    </w:tbl>
    <w:p w14:paraId="726CFD30" w14:textId="77777777" w:rsidR="00646DEB" w:rsidRDefault="0018149A">
      <w:pPr>
        <w:spacing w:before="240" w:after="0"/>
        <w:jc w:val="center"/>
      </w:pPr>
      <w:r>
        <w:rPr>
          <w:color w:val="666666"/>
          <w:sz w:val="15"/>
        </w:rPr>
        <w:t>Anexo 7 - Concurso Sonrisas que Transforman 2026</w:t>
      </w:r>
    </w:p>
    <w:p w14:paraId="5A3A202F" w14:textId="77777777" w:rsidR="00646DEB" w:rsidRDefault="00646DEB">
      <w:pPr>
        <w:sectPr w:rsidR="00646DEB">
          <w:footerReference w:type="default" r:id="rId10"/>
          <w:pgSz w:w="11906" w:h="16838"/>
          <w:pgMar w:top="765" w:right="964" w:bottom="765" w:left="964" w:header="720" w:footer="720" w:gutter="0"/>
          <w:cols w:space="720"/>
          <w:docGrid w:linePitch="360"/>
        </w:sect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989"/>
        <w:gridCol w:w="4989"/>
      </w:tblGrid>
      <w:tr w:rsidR="00646DEB" w14:paraId="52EA0B6F" w14:textId="77777777">
        <w:trPr>
          <w:cantSplit/>
          <w:jc w:val="center"/>
        </w:trPr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F1994C" w14:textId="77777777" w:rsidR="00646DEB" w:rsidRDefault="0018149A">
            <w:pPr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 wp14:anchorId="170562AF" wp14:editId="44A77F68">
                  <wp:extent cx="648000" cy="64800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.pn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8000" cy="64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92B382" w14:textId="77777777" w:rsidR="00646DEB" w:rsidRDefault="0018149A">
            <w:pPr>
              <w:spacing w:after="40"/>
              <w:jc w:val="center"/>
            </w:pPr>
            <w:r>
              <w:rPr>
                <w:b/>
                <w:color w:val="5C4E1E"/>
                <w:sz w:val="20"/>
              </w:rPr>
              <w:t xml:space="preserve">COLEGIO DE CIRUJANOS DENTISTAS DEL PERÚ - REGIÓN </w:t>
            </w:r>
            <w:r>
              <w:rPr>
                <w:b/>
                <w:color w:val="5C4E1E"/>
                <w:sz w:val="20"/>
              </w:rPr>
              <w:t>LIMA</w:t>
            </w:r>
          </w:p>
          <w:p w14:paraId="5BFD2CDD" w14:textId="77777777" w:rsidR="00646DEB" w:rsidRDefault="0018149A">
            <w:pPr>
              <w:spacing w:after="20"/>
              <w:jc w:val="center"/>
            </w:pPr>
            <w:r>
              <w:rPr>
                <w:b/>
                <w:color w:val="5A497D"/>
                <w:sz w:val="28"/>
              </w:rPr>
              <w:t>DECLARACIÓN DE CONFIDENCIALIDAD, PROTECCIÓN DE DATOS Y USO DE IMÁGENES</w:t>
            </w:r>
          </w:p>
          <w:p w14:paraId="1AAEF252" w14:textId="77777777" w:rsidR="00646DEB" w:rsidRDefault="0018149A">
            <w:pPr>
              <w:spacing w:after="0"/>
              <w:jc w:val="center"/>
            </w:pPr>
            <w:r>
              <w:rPr>
                <w:b/>
                <w:sz w:val="19"/>
              </w:rPr>
              <w:t>Concurso de Buenas Prácticas en Salud Bucal Comunitaria y Atención Primaria 2026</w:t>
            </w:r>
          </w:p>
          <w:p w14:paraId="4492E864" w14:textId="77777777" w:rsidR="00646DEB" w:rsidRDefault="0018149A">
            <w:pPr>
              <w:spacing w:after="0"/>
              <w:jc w:val="center"/>
            </w:pPr>
            <w:r>
              <w:rPr>
                <w:b/>
                <w:i/>
                <w:color w:val="B79A00"/>
                <w:sz w:val="19"/>
              </w:rPr>
              <w:t>“Sonrisas que Transforman”</w:t>
            </w:r>
          </w:p>
        </w:tc>
      </w:tr>
    </w:tbl>
    <w:p w14:paraId="77C5899F" w14:textId="77777777" w:rsidR="00646DEB" w:rsidRDefault="00646DEB">
      <w:pPr>
        <w:spacing w:after="6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989"/>
        <w:gridCol w:w="4989"/>
      </w:tblGrid>
      <w:tr w:rsidR="00646DEB" w14:paraId="6D6ACA7F" w14:textId="77777777">
        <w:trPr>
          <w:cantSplit/>
          <w:jc w:val="center"/>
        </w:trPr>
        <w:tc>
          <w:tcPr>
            <w:tcW w:w="4989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F2EF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03D92F8" w14:textId="77777777" w:rsidR="00646DEB" w:rsidRDefault="0018149A">
            <w:pPr>
              <w:spacing w:after="0"/>
            </w:pPr>
            <w:r>
              <w:rPr>
                <w:b/>
                <w:sz w:val="19"/>
              </w:rPr>
              <w:t>Apellidos y nombres del responsable principal</w:t>
            </w:r>
          </w:p>
        </w:tc>
        <w:tc>
          <w:tcPr>
            <w:tcW w:w="4989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53C17D4" w14:textId="77777777" w:rsidR="00646DEB" w:rsidRDefault="00646DEB">
            <w:pPr>
              <w:spacing w:after="0"/>
            </w:pPr>
          </w:p>
        </w:tc>
      </w:tr>
      <w:tr w:rsidR="00646DEB" w14:paraId="1B97F479" w14:textId="77777777">
        <w:trPr>
          <w:cantSplit/>
          <w:jc w:val="center"/>
        </w:trPr>
        <w:tc>
          <w:tcPr>
            <w:tcW w:w="4989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F2EF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4E769F7" w14:textId="77777777" w:rsidR="00646DEB" w:rsidRDefault="0018149A">
            <w:pPr>
              <w:spacing w:after="0"/>
            </w:pPr>
            <w:r>
              <w:rPr>
                <w:b/>
                <w:sz w:val="19"/>
              </w:rPr>
              <w:t xml:space="preserve">DNI / </w:t>
            </w:r>
            <w:r>
              <w:rPr>
                <w:b/>
                <w:sz w:val="19"/>
              </w:rPr>
              <w:t>documento de identidad</w:t>
            </w:r>
          </w:p>
        </w:tc>
        <w:tc>
          <w:tcPr>
            <w:tcW w:w="4989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CD8FE13" w14:textId="77777777" w:rsidR="00646DEB" w:rsidRDefault="00646DEB">
            <w:pPr>
              <w:spacing w:after="0"/>
            </w:pPr>
          </w:p>
        </w:tc>
      </w:tr>
      <w:tr w:rsidR="00646DEB" w14:paraId="4B15ABC1" w14:textId="77777777">
        <w:trPr>
          <w:cantSplit/>
          <w:jc w:val="center"/>
        </w:trPr>
        <w:tc>
          <w:tcPr>
            <w:tcW w:w="4989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F2EF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F8A8A11" w14:textId="77777777" w:rsidR="00646DEB" w:rsidRDefault="0018149A">
            <w:pPr>
              <w:spacing w:after="0"/>
            </w:pPr>
            <w:r>
              <w:rPr>
                <w:b/>
                <w:sz w:val="19"/>
              </w:rPr>
              <w:t>Título de la buena práctica</w:t>
            </w:r>
          </w:p>
        </w:tc>
        <w:tc>
          <w:tcPr>
            <w:tcW w:w="4989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0DF8C48" w14:textId="77777777" w:rsidR="00646DEB" w:rsidRDefault="00646DEB">
            <w:pPr>
              <w:spacing w:after="0"/>
            </w:pPr>
          </w:p>
        </w:tc>
      </w:tr>
    </w:tbl>
    <w:p w14:paraId="196ADFDC" w14:textId="77777777" w:rsidR="00646DEB" w:rsidRDefault="00646DEB">
      <w:pPr>
        <w:spacing w:after="40"/>
      </w:pPr>
    </w:p>
    <w:p w14:paraId="341ABF1C" w14:textId="77777777" w:rsidR="00646DEB" w:rsidRDefault="0018149A">
      <w:pPr>
        <w:spacing w:after="180"/>
        <w:jc w:val="both"/>
      </w:pPr>
      <w:r>
        <w:t>Yo, identificado(a) con el documento señalado, en calidad de responsable principal de la postulación, DECLARO que la experiencia presentada respeta la dignidad, privacidad, confidencialidad y derechos</w:t>
      </w:r>
      <w:r>
        <w:t xml:space="preserve"> de las personas y comunidades participantes.</w:t>
      </w:r>
    </w:p>
    <w:p w14:paraId="012253E4" w14:textId="77777777" w:rsidR="00646DEB" w:rsidRDefault="0018149A">
      <w:pPr>
        <w:spacing w:after="180"/>
        <w:jc w:val="both"/>
      </w:pPr>
      <w:r>
        <w:t xml:space="preserve">Declaro que la propuesta y sus anexos no contienen datos personales o información clínica sensible que permitan identificar a pacientes o beneficiarios sin la autorización correspondiente, y que, cuando ha </w:t>
      </w:r>
      <w:r>
        <w:t>sido necesario, se ha aplicado la anonimización o el resguardo de identidad.</w:t>
      </w:r>
    </w:p>
    <w:p w14:paraId="1CF90695" w14:textId="77777777" w:rsidR="00646DEB" w:rsidRDefault="0018149A">
      <w:pPr>
        <w:spacing w:after="180"/>
        <w:jc w:val="both"/>
      </w:pPr>
      <w:r>
        <w:t>Asimismo, declaro que las fotografías, testimonios, registros comunitarios, materiales audiovisuales u otras evidencias que incluyan imágenes o información de personas cuentan con</w:t>
      </w:r>
      <w:r>
        <w:t xml:space="preserve"> la autorización expresa para su uso institucional o han sido presentados de forma que proteja adecuadamente su identidad, dignidad y privacidad.</w:t>
      </w:r>
    </w:p>
    <w:p w14:paraId="187E30D0" w14:textId="77777777" w:rsidR="00646DEB" w:rsidRDefault="0018149A">
      <w:pPr>
        <w:spacing w:after="180"/>
        <w:jc w:val="both"/>
      </w:pPr>
      <w:r>
        <w:t>Asumo responsabilidad por el cumplimiento de estas condiciones y por cualquier reclamo derivado del uso no aut</w:t>
      </w:r>
      <w:r>
        <w:t>orizado de imágenes, datos personales, información clínica o derechos de terceros.</w:t>
      </w:r>
    </w:p>
    <w:p w14:paraId="3C2360C2" w14:textId="77777777" w:rsidR="00646DEB" w:rsidRDefault="00646DEB">
      <w:pPr>
        <w:spacing w:after="160"/>
      </w:pPr>
    </w:p>
    <w:p w14:paraId="3443D5B8" w14:textId="77777777" w:rsidR="00646DEB" w:rsidRDefault="0018149A">
      <w:pPr>
        <w:spacing w:after="360"/>
      </w:pPr>
      <w:r>
        <w:rPr>
          <w:sz w:val="20"/>
        </w:rPr>
        <w:t>Lugar y fecha: _________________________________________________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989"/>
        <w:gridCol w:w="4989"/>
      </w:tblGrid>
      <w:tr w:rsidR="00646DEB" w14:paraId="1AEF0794" w14:textId="77777777">
        <w:trPr>
          <w:cantSplit/>
          <w:jc w:val="center"/>
        </w:trPr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14:paraId="296AD0E8" w14:textId="77777777" w:rsidR="00646DEB" w:rsidRDefault="0018149A">
            <w:pPr>
              <w:jc w:val="center"/>
            </w:pPr>
            <w:r>
              <w:rPr>
                <w:sz w:val="20"/>
              </w:rPr>
              <w:t>__________________________________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14:paraId="01DD1EB0" w14:textId="77777777" w:rsidR="00646DEB" w:rsidRDefault="0018149A">
            <w:pPr>
              <w:jc w:val="center"/>
            </w:pPr>
            <w:r>
              <w:rPr>
                <w:sz w:val="20"/>
              </w:rPr>
              <w:t>__________________________________</w:t>
            </w:r>
          </w:p>
        </w:tc>
      </w:tr>
      <w:tr w:rsidR="00646DEB" w14:paraId="0CDA994B" w14:textId="77777777">
        <w:trPr>
          <w:cantSplit/>
          <w:jc w:val="center"/>
        </w:trPr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14:paraId="5F0270BD" w14:textId="77777777" w:rsidR="00646DEB" w:rsidRDefault="0018149A">
            <w:pPr>
              <w:jc w:val="center"/>
            </w:pPr>
            <w:r>
              <w:rPr>
                <w:b/>
                <w:sz w:val="18"/>
              </w:rPr>
              <w:t>Firma del responsable principal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14:paraId="7BABE76F" w14:textId="77777777" w:rsidR="00646DEB" w:rsidRDefault="0018149A">
            <w:pPr>
              <w:jc w:val="center"/>
            </w:pPr>
            <w:r>
              <w:rPr>
                <w:b/>
                <w:sz w:val="18"/>
              </w:rPr>
              <w:t>DNI</w:t>
            </w:r>
          </w:p>
        </w:tc>
      </w:tr>
    </w:tbl>
    <w:p w14:paraId="39379169" w14:textId="77777777" w:rsidR="00646DEB" w:rsidRDefault="0018149A">
      <w:pPr>
        <w:spacing w:before="240" w:after="0"/>
        <w:jc w:val="center"/>
      </w:pPr>
      <w:r>
        <w:rPr>
          <w:color w:val="666666"/>
          <w:sz w:val="15"/>
        </w:rPr>
        <w:t>Anexo 8 - Concurso Sonrisas que Transforman 2026</w:t>
      </w:r>
    </w:p>
    <w:sectPr w:rsidR="00646DEB" w:rsidSect="00034616">
      <w:footerReference w:type="default" r:id="rId11"/>
      <w:pgSz w:w="11906" w:h="16838"/>
      <w:pgMar w:top="765" w:right="964" w:bottom="765" w:left="9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4DCF9B" w14:textId="77777777" w:rsidR="0018149A" w:rsidRDefault="0018149A">
      <w:pPr>
        <w:spacing w:after="0" w:line="240" w:lineRule="auto"/>
      </w:pPr>
      <w:r>
        <w:separator/>
      </w:r>
    </w:p>
  </w:endnote>
  <w:endnote w:type="continuationSeparator" w:id="0">
    <w:p w14:paraId="2DADE4E9" w14:textId="77777777" w:rsidR="0018149A" w:rsidRDefault="001814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A30B58" w14:textId="77777777" w:rsidR="00646DEB" w:rsidRDefault="00646DEB">
    <w:pPr>
      <w:pStyle w:val="Piedepgin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27F2CB" w14:textId="77777777" w:rsidR="00646DEB" w:rsidRDefault="00646DEB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CAFC98" w14:textId="77777777" w:rsidR="00646DEB" w:rsidRDefault="00646DE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604FD7" w14:textId="77777777" w:rsidR="0018149A" w:rsidRDefault="0018149A">
      <w:pPr>
        <w:spacing w:after="0" w:line="240" w:lineRule="auto"/>
      </w:pPr>
      <w:r>
        <w:separator/>
      </w:r>
    </w:p>
  </w:footnote>
  <w:footnote w:type="continuationSeparator" w:id="0">
    <w:p w14:paraId="2A5183B2" w14:textId="77777777" w:rsidR="0018149A" w:rsidRDefault="001814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8149A"/>
    <w:rsid w:val="0029639D"/>
    <w:rsid w:val="00326F90"/>
    <w:rsid w:val="0055713B"/>
    <w:rsid w:val="00646DEB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4F420650"/>
  <w14:defaultImageDpi w14:val="300"/>
  <w15:docId w15:val="{4EE6F8C3-CC82-4131-AC21-292D95826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695</Words>
  <Characters>3828</Characters>
  <Application>Microsoft Office Word</Application>
  <DocSecurity>0</DocSecurity>
  <Lines>31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4514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wilder llallico huancaya</cp:lastModifiedBy>
  <cp:revision>2</cp:revision>
  <dcterms:created xsi:type="dcterms:W3CDTF">2026-08-21T14:50:00Z</dcterms:created>
  <dcterms:modified xsi:type="dcterms:W3CDTF">2026-08-21T14:50:00Z</dcterms:modified>
  <cp:category/>
</cp:coreProperties>
</file>