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832DAA" w14:paraId="736AC42A" w14:textId="77777777">
        <w:trPr>
          <w:jc w:val="center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8B96A" w14:textId="77777777" w:rsidR="00832DAA" w:rsidRDefault="00EC56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847F50" wp14:editId="3D151759">
                  <wp:extent cx="720000" cy="720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DD16D" w14:textId="77777777" w:rsidR="00832DAA" w:rsidRDefault="00EC56C2">
            <w:pPr>
              <w:spacing w:after="20"/>
              <w:jc w:val="center"/>
            </w:pPr>
            <w:r>
              <w:rPr>
                <w:b/>
                <w:color w:val="5C4E1E"/>
                <w:sz w:val="20"/>
              </w:rPr>
              <w:t>COLEGIO DE CIRUJANOS DENTISTAS DEL PERÚ - REGIÓN LIMA</w:t>
            </w:r>
          </w:p>
          <w:p w14:paraId="14482C1A" w14:textId="77777777" w:rsidR="00832DAA" w:rsidRDefault="00EC56C2">
            <w:pPr>
              <w:spacing w:after="0"/>
              <w:jc w:val="center"/>
            </w:pPr>
            <w:r>
              <w:rPr>
                <w:b/>
                <w:color w:val="4A3E74"/>
                <w:sz w:val="32"/>
              </w:rPr>
              <w:t>FICHA DE INSCRIPCIÓN</w:t>
            </w:r>
          </w:p>
          <w:p w14:paraId="2FD08B55" w14:textId="77777777" w:rsidR="00832DAA" w:rsidRDefault="00EC56C2">
            <w:pPr>
              <w:spacing w:after="0"/>
              <w:jc w:val="center"/>
            </w:pPr>
            <w:r>
              <w:rPr>
                <w:b/>
                <w:sz w:val="20"/>
              </w:rPr>
              <w:t>Concurso de Buenas Prácticas en Salud Bucal Comunitaria y Atención Primaria 2026</w:t>
            </w:r>
          </w:p>
          <w:p w14:paraId="6E7E03F5" w14:textId="77777777" w:rsidR="00832DAA" w:rsidRDefault="00EC56C2">
            <w:pPr>
              <w:spacing w:after="0"/>
              <w:jc w:val="center"/>
            </w:pPr>
            <w:r>
              <w:rPr>
                <w:b/>
                <w:i/>
                <w:color w:val="B79900"/>
                <w:sz w:val="20"/>
              </w:rPr>
              <w:t>“Sonrisas que Transforman”</w:t>
            </w:r>
          </w:p>
        </w:tc>
      </w:tr>
    </w:tbl>
    <w:p w14:paraId="61F46A54" w14:textId="77777777" w:rsidR="00832DAA" w:rsidRDefault="00832DAA">
      <w:pPr>
        <w:spacing w:after="0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81"/>
        <w:gridCol w:w="2177"/>
        <w:gridCol w:w="2177"/>
        <w:gridCol w:w="695"/>
        <w:gridCol w:w="3146"/>
      </w:tblGrid>
      <w:tr w:rsidR="00832DAA" w14:paraId="2E62F93A" w14:textId="77777777" w:rsidTr="00E47BA3">
        <w:trPr>
          <w:jc w:val="center"/>
        </w:trPr>
        <w:tc>
          <w:tcPr>
            <w:tcW w:w="5000" w:type="pct"/>
            <w:gridSpan w:val="5"/>
            <w:shd w:val="clear" w:color="auto" w:fill="9A8AC1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A00815" w14:textId="77777777" w:rsidR="00832DAA" w:rsidRDefault="00EC56C2">
            <w:pPr>
              <w:spacing w:after="0"/>
            </w:pPr>
            <w:r>
              <w:rPr>
                <w:b/>
                <w:color w:val="FFFFFF"/>
              </w:rPr>
              <w:t>I. DATOS DE LA PROPUESTA</w:t>
            </w:r>
          </w:p>
        </w:tc>
      </w:tr>
      <w:tr w:rsidR="00832DAA" w14:paraId="787FC0FF" w14:textId="77777777" w:rsidTr="00E47BA3">
        <w:trPr>
          <w:trHeight w:val="595"/>
          <w:jc w:val="center"/>
        </w:trPr>
        <w:tc>
          <w:tcPr>
            <w:tcW w:w="2144" w:type="pct"/>
            <w:gridSpan w:val="2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FFF99E" w14:textId="77777777" w:rsidR="00832DAA" w:rsidRDefault="00EC56C2">
            <w:pPr>
              <w:spacing w:after="0"/>
            </w:pPr>
            <w:r>
              <w:rPr>
                <w:b/>
                <w:color w:val="000000"/>
                <w:sz w:val="18"/>
              </w:rPr>
              <w:t>Título de la buena práctica</w:t>
            </w:r>
          </w:p>
        </w:tc>
        <w:tc>
          <w:tcPr>
            <w:tcW w:w="2856" w:type="pct"/>
            <w:gridSpan w:val="3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17EA2D" w14:textId="77777777" w:rsidR="00832DAA" w:rsidRDefault="00EC56C2">
            <w:pPr>
              <w:spacing w:after="0"/>
            </w:pPr>
            <w:r>
              <w:br/>
            </w:r>
          </w:p>
        </w:tc>
      </w:tr>
      <w:tr w:rsidR="00832DAA" w14:paraId="631B0792" w14:textId="77777777" w:rsidTr="00E47BA3">
        <w:trPr>
          <w:trHeight w:val="907"/>
          <w:jc w:val="center"/>
        </w:trPr>
        <w:tc>
          <w:tcPr>
            <w:tcW w:w="2144" w:type="pct"/>
            <w:gridSpan w:val="2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1BF21E" w14:textId="77777777" w:rsidR="00832DAA" w:rsidRDefault="00EC56C2">
            <w:pPr>
              <w:spacing w:after="0"/>
            </w:pPr>
            <w:r>
              <w:rPr>
                <w:b/>
                <w:color w:val="000000"/>
                <w:sz w:val="18"/>
              </w:rPr>
              <w:t>Categoría de participación</w:t>
            </w:r>
          </w:p>
        </w:tc>
        <w:tc>
          <w:tcPr>
            <w:tcW w:w="2856" w:type="pct"/>
            <w:gridSpan w:val="3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244FED" w14:textId="77777777" w:rsidR="00832DAA" w:rsidRDefault="00EC56C2">
            <w:pPr>
              <w:spacing w:after="0"/>
            </w:pPr>
            <w:r>
              <w:rPr>
                <w:color w:val="000000"/>
                <w:sz w:val="18"/>
              </w:rPr>
              <w:t>□ A   Promoción, prevención y educación comunitaria</w:t>
            </w:r>
            <w:r>
              <w:rPr>
                <w:color w:val="000000"/>
                <w:sz w:val="18"/>
              </w:rPr>
              <w:br/>
              <w:t>□ B   Atención primaria, acceso y articulación intersectorial</w:t>
            </w:r>
            <w:r>
              <w:rPr>
                <w:color w:val="000000"/>
                <w:sz w:val="18"/>
              </w:rPr>
              <w:br/>
              <w:t>□ C   Responsabilidad social, innovación social y experiencias académicas o estudiantiles</w:t>
            </w:r>
          </w:p>
        </w:tc>
      </w:tr>
      <w:tr w:rsidR="00832DAA" w14:paraId="047CE6F2" w14:textId="77777777" w:rsidTr="00E47BA3">
        <w:trPr>
          <w:trHeight w:val="425"/>
          <w:jc w:val="center"/>
        </w:trPr>
        <w:tc>
          <w:tcPr>
            <w:tcW w:w="2144" w:type="pct"/>
            <w:gridSpan w:val="2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FE4907" w14:textId="77777777" w:rsidR="00832DAA" w:rsidRDefault="00EC56C2">
            <w:pPr>
              <w:spacing w:after="0"/>
            </w:pPr>
            <w:r>
              <w:rPr>
                <w:b/>
                <w:color w:val="000000"/>
                <w:sz w:val="18"/>
              </w:rPr>
              <w:t>Modalidad de participaci</w:t>
            </w:r>
            <w:r>
              <w:rPr>
                <w:b/>
                <w:color w:val="000000"/>
                <w:sz w:val="18"/>
              </w:rPr>
              <w:t>ón</w:t>
            </w:r>
          </w:p>
        </w:tc>
        <w:tc>
          <w:tcPr>
            <w:tcW w:w="2856" w:type="pct"/>
            <w:gridSpan w:val="3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4454FB" w14:textId="77777777" w:rsidR="00832DAA" w:rsidRDefault="00EC56C2">
            <w:pPr>
              <w:spacing w:after="0"/>
            </w:pPr>
            <w:r>
              <w:rPr>
                <w:color w:val="000000"/>
                <w:sz w:val="18"/>
              </w:rPr>
              <w:t>□ Individual     □ Grupal / equipo     □ Institucional</w:t>
            </w:r>
          </w:p>
        </w:tc>
      </w:tr>
      <w:tr w:rsidR="00832DAA" w14:paraId="4AC8DC60" w14:textId="77777777" w:rsidTr="00E47BA3">
        <w:trPr>
          <w:trHeight w:val="538"/>
          <w:jc w:val="center"/>
        </w:trPr>
        <w:tc>
          <w:tcPr>
            <w:tcW w:w="2144" w:type="pct"/>
            <w:gridSpan w:val="2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B48983" w14:textId="77777777" w:rsidR="00832DAA" w:rsidRDefault="00EC56C2">
            <w:pPr>
              <w:spacing w:after="0"/>
            </w:pPr>
            <w:r>
              <w:rPr>
                <w:b/>
                <w:color w:val="000000"/>
                <w:sz w:val="18"/>
              </w:rPr>
              <w:t>Eje(s) temático(s) principal(es)</w:t>
            </w:r>
          </w:p>
        </w:tc>
        <w:tc>
          <w:tcPr>
            <w:tcW w:w="2856" w:type="pct"/>
            <w:gridSpan w:val="3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0C37E4" w14:textId="77777777" w:rsidR="00832DAA" w:rsidRDefault="00832DAA">
            <w:pPr>
              <w:spacing w:after="0"/>
            </w:pPr>
          </w:p>
        </w:tc>
      </w:tr>
      <w:tr w:rsidR="00832DAA" w14:paraId="00614271" w14:textId="77777777" w:rsidTr="00E47BA3">
        <w:trPr>
          <w:trHeight w:val="538"/>
          <w:jc w:val="center"/>
        </w:trPr>
        <w:tc>
          <w:tcPr>
            <w:tcW w:w="2144" w:type="pct"/>
            <w:gridSpan w:val="2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BB31B5" w14:textId="77777777" w:rsidR="00832DAA" w:rsidRDefault="00EC56C2">
            <w:pPr>
              <w:spacing w:after="0"/>
            </w:pPr>
            <w:r>
              <w:rPr>
                <w:b/>
                <w:color w:val="000000"/>
                <w:sz w:val="18"/>
              </w:rPr>
              <w:t>Lugar / ámbito de intervención</w:t>
            </w:r>
          </w:p>
        </w:tc>
        <w:tc>
          <w:tcPr>
            <w:tcW w:w="2856" w:type="pct"/>
            <w:gridSpan w:val="3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6EB6A3" w14:textId="77777777" w:rsidR="00832DAA" w:rsidRDefault="00832DAA">
            <w:pPr>
              <w:spacing w:after="0"/>
            </w:pPr>
          </w:p>
        </w:tc>
      </w:tr>
      <w:tr w:rsidR="00832DAA" w14:paraId="07837747" w14:textId="77777777" w:rsidTr="00E47BA3">
        <w:trPr>
          <w:trHeight w:val="481"/>
          <w:jc w:val="center"/>
        </w:trPr>
        <w:tc>
          <w:tcPr>
            <w:tcW w:w="1073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3E9782" w14:textId="77777777" w:rsidR="00832DAA" w:rsidRDefault="00EC56C2">
            <w:pPr>
              <w:spacing w:after="0"/>
            </w:pPr>
            <w:r>
              <w:rPr>
                <w:b/>
                <w:color w:val="000000"/>
                <w:sz w:val="18"/>
              </w:rPr>
              <w:t>Población beneficiaria</w:t>
            </w:r>
          </w:p>
        </w:tc>
        <w:tc>
          <w:tcPr>
            <w:tcW w:w="1071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472162" w14:textId="77777777" w:rsidR="00832DAA" w:rsidRDefault="00832DAA">
            <w:pPr>
              <w:spacing w:after="0"/>
            </w:pPr>
          </w:p>
        </w:tc>
        <w:tc>
          <w:tcPr>
            <w:tcW w:w="1071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D87594" w14:textId="77777777" w:rsidR="00832DAA" w:rsidRDefault="00EC56C2">
            <w:pPr>
              <w:spacing w:after="0"/>
            </w:pPr>
            <w:r>
              <w:rPr>
                <w:b/>
                <w:color w:val="000000"/>
                <w:sz w:val="18"/>
              </w:rPr>
              <w:t>N.° aprox. beneficiarios</w:t>
            </w:r>
          </w:p>
        </w:tc>
        <w:tc>
          <w:tcPr>
            <w:tcW w:w="1785" w:type="pct"/>
            <w:gridSpan w:val="2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23ABD3" w14:textId="77777777" w:rsidR="00832DAA" w:rsidRDefault="00832DAA">
            <w:pPr>
              <w:spacing w:after="0"/>
            </w:pPr>
          </w:p>
        </w:tc>
      </w:tr>
      <w:tr w:rsidR="00832DAA" w14:paraId="4F4F5AE2" w14:textId="77777777" w:rsidTr="00E47BA3">
        <w:trPr>
          <w:trHeight w:val="453"/>
          <w:jc w:val="center"/>
        </w:trPr>
        <w:tc>
          <w:tcPr>
            <w:tcW w:w="1073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83860E" w14:textId="77777777" w:rsidR="00832DAA" w:rsidRDefault="00EC56C2">
            <w:pPr>
              <w:spacing w:after="0"/>
            </w:pPr>
            <w:r>
              <w:rPr>
                <w:b/>
                <w:color w:val="000000"/>
                <w:sz w:val="18"/>
              </w:rPr>
              <w:t>Periodo de ejecución</w:t>
            </w:r>
          </w:p>
        </w:tc>
        <w:tc>
          <w:tcPr>
            <w:tcW w:w="1071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BAA7D2" w14:textId="77777777" w:rsidR="00832DAA" w:rsidRDefault="00EC56C2">
            <w:pPr>
              <w:spacing w:after="0"/>
            </w:pPr>
            <w:r>
              <w:rPr>
                <w:color w:val="000000"/>
              </w:rPr>
              <w:t>Desde: ____ / ____ / ______</w:t>
            </w:r>
          </w:p>
        </w:tc>
        <w:tc>
          <w:tcPr>
            <w:tcW w:w="1071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C4E9E0" w14:textId="77777777" w:rsidR="00832DAA" w:rsidRDefault="00EC56C2">
            <w:pPr>
              <w:spacing w:after="0"/>
            </w:pPr>
            <w:r>
              <w:rPr>
                <w:b/>
                <w:color w:val="000000"/>
                <w:sz w:val="18"/>
              </w:rPr>
              <w:t xml:space="preserve">Estado de la </w:t>
            </w:r>
            <w:r>
              <w:rPr>
                <w:b/>
                <w:color w:val="000000"/>
                <w:sz w:val="18"/>
              </w:rPr>
              <w:t>experiencia</w:t>
            </w:r>
          </w:p>
        </w:tc>
        <w:tc>
          <w:tcPr>
            <w:tcW w:w="1785" w:type="pct"/>
            <w:gridSpan w:val="2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4CEDE6" w14:textId="77777777" w:rsidR="00832DAA" w:rsidRDefault="00EC56C2">
            <w:pPr>
              <w:spacing w:after="0"/>
            </w:pPr>
            <w:r>
              <w:rPr>
                <w:color w:val="000000"/>
              </w:rPr>
              <w:t>□ Ejecutada   □ En ejecución avanzada</w:t>
            </w:r>
          </w:p>
        </w:tc>
      </w:tr>
      <w:tr w:rsidR="00832DAA" w14:paraId="6C2707CE" w14:textId="77777777" w:rsidTr="00E47BA3">
        <w:trPr>
          <w:jc w:val="center"/>
        </w:trPr>
        <w:tc>
          <w:tcPr>
            <w:tcW w:w="5000" w:type="pct"/>
            <w:gridSpan w:val="5"/>
            <w:shd w:val="clear" w:color="auto" w:fill="9A8AC1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25E7123" w14:textId="77777777" w:rsidR="00832DAA" w:rsidRDefault="00EC56C2">
            <w:pPr>
              <w:spacing w:after="0"/>
            </w:pPr>
            <w:r>
              <w:rPr>
                <w:b/>
                <w:color w:val="FFFFFF"/>
              </w:rPr>
              <w:t>II. RESPONSABLE PRINCIPAL DE LA POSTULACIÓN</w:t>
            </w:r>
          </w:p>
        </w:tc>
      </w:tr>
      <w:tr w:rsidR="00832DAA" w14:paraId="0E688FD1" w14:textId="77777777" w:rsidTr="00E47BA3">
        <w:trPr>
          <w:trHeight w:val="442"/>
          <w:jc w:val="center"/>
        </w:trPr>
        <w:tc>
          <w:tcPr>
            <w:tcW w:w="1073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635D9A" w14:textId="77777777" w:rsidR="00832DAA" w:rsidRDefault="00EC56C2">
            <w:pPr>
              <w:spacing w:after="0"/>
            </w:pPr>
            <w:r>
              <w:rPr>
                <w:b/>
                <w:color w:val="000000"/>
                <w:sz w:val="17"/>
              </w:rPr>
              <w:t>Apellidos y nombres</w:t>
            </w:r>
          </w:p>
        </w:tc>
        <w:tc>
          <w:tcPr>
            <w:tcW w:w="1071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0AA8D8" w14:textId="77777777" w:rsidR="00832DAA" w:rsidRDefault="00832DAA">
            <w:pPr>
              <w:spacing w:after="0"/>
            </w:pPr>
          </w:p>
        </w:tc>
        <w:tc>
          <w:tcPr>
            <w:tcW w:w="1071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FC66C0" w14:textId="77777777" w:rsidR="00832DAA" w:rsidRDefault="00EC56C2">
            <w:pPr>
              <w:spacing w:after="0"/>
            </w:pPr>
            <w:r>
              <w:rPr>
                <w:b/>
                <w:color w:val="000000"/>
                <w:sz w:val="17"/>
              </w:rPr>
              <w:t>DNI</w:t>
            </w:r>
          </w:p>
        </w:tc>
        <w:tc>
          <w:tcPr>
            <w:tcW w:w="1785" w:type="pct"/>
            <w:gridSpan w:val="2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FE8608" w14:textId="77777777" w:rsidR="00832DAA" w:rsidRDefault="00832DAA">
            <w:pPr>
              <w:spacing w:after="0"/>
            </w:pPr>
          </w:p>
        </w:tc>
      </w:tr>
      <w:tr w:rsidR="00832DAA" w14:paraId="7D635A96" w14:textId="77777777" w:rsidTr="00E47BA3">
        <w:trPr>
          <w:trHeight w:val="498"/>
          <w:jc w:val="center"/>
        </w:trPr>
        <w:tc>
          <w:tcPr>
            <w:tcW w:w="1073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61ED29" w14:textId="77777777" w:rsidR="00832DAA" w:rsidRDefault="00EC56C2">
            <w:pPr>
              <w:spacing w:after="0"/>
            </w:pPr>
            <w:r>
              <w:rPr>
                <w:b/>
                <w:color w:val="000000"/>
                <w:sz w:val="17"/>
              </w:rPr>
              <w:t>Condición</w:t>
            </w:r>
          </w:p>
        </w:tc>
        <w:tc>
          <w:tcPr>
            <w:tcW w:w="1071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D42C7D" w14:textId="77777777" w:rsidR="00832DAA" w:rsidRDefault="00EC56C2">
            <w:pPr>
              <w:spacing w:after="0"/>
            </w:pPr>
            <w:r>
              <w:rPr>
                <w:color w:val="000000"/>
                <w:sz w:val="17"/>
              </w:rPr>
              <w:t>□ Cirujano dentista  □ Estudiante  □ Docente  □ Otro: __________</w:t>
            </w:r>
          </w:p>
        </w:tc>
        <w:tc>
          <w:tcPr>
            <w:tcW w:w="1071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BB9525" w14:textId="77777777" w:rsidR="00832DAA" w:rsidRDefault="00EC56C2">
            <w:pPr>
              <w:spacing w:after="0"/>
            </w:pPr>
            <w:r>
              <w:rPr>
                <w:b/>
                <w:color w:val="000000"/>
                <w:sz w:val="17"/>
              </w:rPr>
              <w:t>N.° CCDP*</w:t>
            </w:r>
          </w:p>
        </w:tc>
        <w:tc>
          <w:tcPr>
            <w:tcW w:w="1785" w:type="pct"/>
            <w:gridSpan w:val="2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558F32" w14:textId="77777777" w:rsidR="00832DAA" w:rsidRDefault="00832DAA">
            <w:pPr>
              <w:spacing w:after="0"/>
            </w:pPr>
          </w:p>
        </w:tc>
      </w:tr>
      <w:tr w:rsidR="00832DAA" w14:paraId="72BA1DDF" w14:textId="77777777" w:rsidTr="00E47BA3">
        <w:trPr>
          <w:trHeight w:val="442"/>
          <w:jc w:val="center"/>
        </w:trPr>
        <w:tc>
          <w:tcPr>
            <w:tcW w:w="1073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971C22" w14:textId="77777777" w:rsidR="00832DAA" w:rsidRDefault="00EC56C2">
            <w:pPr>
              <w:spacing w:after="0"/>
            </w:pPr>
            <w:r>
              <w:rPr>
                <w:b/>
                <w:color w:val="000000"/>
                <w:sz w:val="17"/>
              </w:rPr>
              <w:t>Institución / organización</w:t>
            </w:r>
          </w:p>
        </w:tc>
        <w:tc>
          <w:tcPr>
            <w:tcW w:w="1071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1F3712" w14:textId="77777777" w:rsidR="00832DAA" w:rsidRDefault="00832DAA">
            <w:pPr>
              <w:spacing w:after="0"/>
            </w:pPr>
          </w:p>
        </w:tc>
        <w:tc>
          <w:tcPr>
            <w:tcW w:w="1071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906489" w14:textId="77777777" w:rsidR="00832DAA" w:rsidRDefault="00EC56C2">
            <w:pPr>
              <w:spacing w:after="0"/>
            </w:pPr>
            <w:r>
              <w:rPr>
                <w:b/>
                <w:color w:val="000000"/>
                <w:sz w:val="17"/>
              </w:rPr>
              <w:t xml:space="preserve">Cargo / </w:t>
            </w:r>
            <w:r>
              <w:rPr>
                <w:b/>
                <w:color w:val="000000"/>
                <w:sz w:val="17"/>
              </w:rPr>
              <w:t>función</w:t>
            </w:r>
          </w:p>
        </w:tc>
        <w:tc>
          <w:tcPr>
            <w:tcW w:w="1785" w:type="pct"/>
            <w:gridSpan w:val="2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6DC20C" w14:textId="77777777" w:rsidR="00832DAA" w:rsidRDefault="00832DAA">
            <w:pPr>
              <w:spacing w:after="0"/>
            </w:pPr>
          </w:p>
        </w:tc>
      </w:tr>
      <w:tr w:rsidR="00832DAA" w14:paraId="57EB2E10" w14:textId="77777777" w:rsidTr="00E47BA3">
        <w:trPr>
          <w:trHeight w:val="442"/>
          <w:jc w:val="center"/>
        </w:trPr>
        <w:tc>
          <w:tcPr>
            <w:tcW w:w="1073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18FA35" w14:textId="77777777" w:rsidR="00832DAA" w:rsidRDefault="00EC56C2">
            <w:pPr>
              <w:spacing w:after="0"/>
            </w:pPr>
            <w:r>
              <w:rPr>
                <w:b/>
                <w:color w:val="000000"/>
                <w:sz w:val="17"/>
              </w:rPr>
              <w:t>Correo electrónico</w:t>
            </w:r>
          </w:p>
        </w:tc>
        <w:tc>
          <w:tcPr>
            <w:tcW w:w="1071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43A961" w14:textId="77777777" w:rsidR="00832DAA" w:rsidRDefault="00832DAA">
            <w:pPr>
              <w:spacing w:after="0"/>
            </w:pPr>
          </w:p>
        </w:tc>
        <w:tc>
          <w:tcPr>
            <w:tcW w:w="1071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C5DE2F" w14:textId="77777777" w:rsidR="00832DAA" w:rsidRDefault="00EC56C2">
            <w:pPr>
              <w:spacing w:after="0"/>
            </w:pPr>
            <w:r>
              <w:rPr>
                <w:b/>
                <w:color w:val="000000"/>
                <w:sz w:val="17"/>
              </w:rPr>
              <w:t>Celular</w:t>
            </w:r>
          </w:p>
        </w:tc>
        <w:tc>
          <w:tcPr>
            <w:tcW w:w="1785" w:type="pct"/>
            <w:gridSpan w:val="2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E972F0" w14:textId="77777777" w:rsidR="00832DAA" w:rsidRDefault="00832DAA">
            <w:pPr>
              <w:spacing w:after="0"/>
            </w:pPr>
          </w:p>
        </w:tc>
      </w:tr>
      <w:tr w:rsidR="00832DAA" w14:paraId="2FBD8149" w14:textId="77777777" w:rsidTr="00E47BA3">
        <w:trPr>
          <w:jc w:val="center"/>
        </w:trPr>
        <w:tc>
          <w:tcPr>
            <w:tcW w:w="5000" w:type="pct"/>
            <w:gridSpan w:val="5"/>
            <w:shd w:val="clear" w:color="auto" w:fill="9A8AC1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4530396" w14:textId="77777777" w:rsidR="00832DAA" w:rsidRDefault="00EC56C2">
            <w:pPr>
              <w:spacing w:after="0"/>
            </w:pPr>
            <w:r>
              <w:rPr>
                <w:b/>
                <w:color w:val="FFFFFF"/>
              </w:rPr>
              <w:t>III. AUTORES / INTEGRANTES DEL EQUIPO (SI CORRESPONDE)</w:t>
            </w:r>
          </w:p>
        </w:tc>
      </w:tr>
      <w:tr w:rsidR="00832DAA" w14:paraId="105B5249" w14:textId="77777777" w:rsidTr="00E47BA3">
        <w:trPr>
          <w:trHeight w:val="368"/>
          <w:jc w:val="center"/>
        </w:trPr>
        <w:tc>
          <w:tcPr>
            <w:tcW w:w="1073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shd w:val="clear" w:color="auto" w:fill="EEEAF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15A7A9" w14:textId="77777777" w:rsidR="00832DAA" w:rsidRDefault="00EC56C2">
            <w:pPr>
              <w:spacing w:after="0"/>
              <w:jc w:val="center"/>
            </w:pPr>
            <w:r>
              <w:rPr>
                <w:b/>
                <w:color w:val="000000"/>
                <w:sz w:val="17"/>
              </w:rPr>
              <w:t>N.°</w:t>
            </w:r>
          </w:p>
        </w:tc>
        <w:tc>
          <w:tcPr>
            <w:tcW w:w="1071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shd w:val="clear" w:color="auto" w:fill="EEEAF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CDC594" w14:textId="77777777" w:rsidR="00832DAA" w:rsidRDefault="00EC56C2">
            <w:pPr>
              <w:spacing w:after="0"/>
              <w:jc w:val="center"/>
            </w:pPr>
            <w:r>
              <w:rPr>
                <w:b/>
                <w:color w:val="000000"/>
                <w:sz w:val="17"/>
              </w:rPr>
              <w:t>Apellidos y nombres</w:t>
            </w:r>
          </w:p>
        </w:tc>
        <w:tc>
          <w:tcPr>
            <w:tcW w:w="1428" w:type="pct"/>
            <w:gridSpan w:val="2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shd w:val="clear" w:color="auto" w:fill="EEEAF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2187AB" w14:textId="77777777" w:rsidR="00832DAA" w:rsidRDefault="00EC56C2">
            <w:pPr>
              <w:spacing w:after="0"/>
              <w:jc w:val="center"/>
            </w:pPr>
            <w:r>
              <w:rPr>
                <w:b/>
                <w:color w:val="000000"/>
                <w:sz w:val="17"/>
              </w:rPr>
              <w:t>DNI</w:t>
            </w:r>
          </w:p>
        </w:tc>
        <w:tc>
          <w:tcPr>
            <w:tcW w:w="1428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shd w:val="clear" w:color="auto" w:fill="EEEAF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5EA135" w14:textId="77777777" w:rsidR="00832DAA" w:rsidRDefault="00EC56C2">
            <w:pPr>
              <w:spacing w:after="0"/>
              <w:jc w:val="center"/>
            </w:pPr>
            <w:r>
              <w:rPr>
                <w:b/>
                <w:color w:val="000000"/>
                <w:sz w:val="17"/>
              </w:rPr>
              <w:t>Condición / N.° CCDP*</w:t>
            </w:r>
          </w:p>
        </w:tc>
      </w:tr>
      <w:tr w:rsidR="00832DAA" w14:paraId="2013B5DF" w14:textId="77777777" w:rsidTr="00E47BA3">
        <w:trPr>
          <w:trHeight w:val="408"/>
          <w:jc w:val="center"/>
        </w:trPr>
        <w:tc>
          <w:tcPr>
            <w:tcW w:w="1073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7080E1" w14:textId="77777777" w:rsidR="00832DAA" w:rsidRDefault="00EC56C2">
            <w:pPr>
              <w:spacing w:after="0"/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1071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0D00B7" w14:textId="77777777" w:rsidR="00832DAA" w:rsidRDefault="00832DAA">
            <w:pPr>
              <w:spacing w:after="0"/>
            </w:pPr>
          </w:p>
        </w:tc>
        <w:tc>
          <w:tcPr>
            <w:tcW w:w="1428" w:type="pct"/>
            <w:gridSpan w:val="2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E16989" w14:textId="77777777" w:rsidR="00832DAA" w:rsidRDefault="00832DAA">
            <w:pPr>
              <w:spacing w:after="0"/>
            </w:pPr>
          </w:p>
        </w:tc>
        <w:tc>
          <w:tcPr>
            <w:tcW w:w="1428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9A8CAE" w14:textId="77777777" w:rsidR="00832DAA" w:rsidRDefault="00832DAA">
            <w:pPr>
              <w:spacing w:after="0"/>
            </w:pPr>
          </w:p>
        </w:tc>
      </w:tr>
      <w:tr w:rsidR="00832DAA" w14:paraId="24E5BA11" w14:textId="77777777" w:rsidTr="00E47BA3">
        <w:trPr>
          <w:trHeight w:val="408"/>
          <w:jc w:val="center"/>
        </w:trPr>
        <w:tc>
          <w:tcPr>
            <w:tcW w:w="1073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34EA81" w14:textId="77777777" w:rsidR="00832DAA" w:rsidRDefault="00EC56C2">
            <w:pPr>
              <w:spacing w:after="0"/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1071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151D13" w14:textId="77777777" w:rsidR="00832DAA" w:rsidRDefault="00832DAA">
            <w:pPr>
              <w:spacing w:after="0"/>
            </w:pPr>
          </w:p>
        </w:tc>
        <w:tc>
          <w:tcPr>
            <w:tcW w:w="1428" w:type="pct"/>
            <w:gridSpan w:val="2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091CF1" w14:textId="77777777" w:rsidR="00832DAA" w:rsidRDefault="00832DAA">
            <w:pPr>
              <w:spacing w:after="0"/>
            </w:pPr>
          </w:p>
        </w:tc>
        <w:tc>
          <w:tcPr>
            <w:tcW w:w="1428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A84EDA" w14:textId="77777777" w:rsidR="00832DAA" w:rsidRDefault="00832DAA">
            <w:pPr>
              <w:spacing w:after="0"/>
            </w:pPr>
          </w:p>
        </w:tc>
      </w:tr>
      <w:tr w:rsidR="00832DAA" w14:paraId="0C5D5995" w14:textId="77777777" w:rsidTr="00E47BA3">
        <w:trPr>
          <w:trHeight w:val="408"/>
          <w:jc w:val="center"/>
        </w:trPr>
        <w:tc>
          <w:tcPr>
            <w:tcW w:w="1073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1FF2D9" w14:textId="77777777" w:rsidR="00832DAA" w:rsidRDefault="00EC56C2">
            <w:pPr>
              <w:spacing w:after="0"/>
              <w:jc w:val="center"/>
            </w:pPr>
            <w:r>
              <w:rPr>
                <w:color w:val="000000"/>
                <w:sz w:val="17"/>
              </w:rPr>
              <w:t>3</w:t>
            </w:r>
          </w:p>
        </w:tc>
        <w:tc>
          <w:tcPr>
            <w:tcW w:w="1071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B42C0D" w14:textId="77777777" w:rsidR="00832DAA" w:rsidRDefault="00832DAA">
            <w:pPr>
              <w:spacing w:after="0"/>
            </w:pPr>
          </w:p>
        </w:tc>
        <w:tc>
          <w:tcPr>
            <w:tcW w:w="1428" w:type="pct"/>
            <w:gridSpan w:val="2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0AB18E" w14:textId="77777777" w:rsidR="00832DAA" w:rsidRDefault="00832DAA">
            <w:pPr>
              <w:spacing w:after="0"/>
            </w:pPr>
          </w:p>
        </w:tc>
        <w:tc>
          <w:tcPr>
            <w:tcW w:w="1428" w:type="pct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4A95B1" w14:textId="77777777" w:rsidR="00832DAA" w:rsidRDefault="00832DAA">
            <w:pPr>
              <w:spacing w:after="0"/>
            </w:pPr>
          </w:p>
        </w:tc>
      </w:tr>
      <w:tr w:rsidR="00832DAA" w14:paraId="30381FDF" w14:textId="77777777" w:rsidTr="00E47BA3">
        <w:trPr>
          <w:jc w:val="center"/>
        </w:trPr>
        <w:tc>
          <w:tcPr>
            <w:tcW w:w="5000" w:type="pct"/>
            <w:gridSpan w:val="5"/>
            <w:shd w:val="clear" w:color="auto" w:fill="9A8AC1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4425808" w14:textId="77777777" w:rsidR="00832DAA" w:rsidRDefault="00EC56C2">
            <w:pPr>
              <w:spacing w:after="0"/>
            </w:pPr>
            <w:r>
              <w:rPr>
                <w:b/>
                <w:color w:val="FFFFFF"/>
              </w:rPr>
              <w:t>IV. VINCULACIÓN INSTITUCIONAL Y DECLARACIÓN</w:t>
            </w:r>
          </w:p>
        </w:tc>
      </w:tr>
      <w:tr w:rsidR="00832DAA" w14:paraId="00975EA0" w14:textId="77777777" w:rsidTr="00E47BA3">
        <w:trPr>
          <w:trHeight w:val="442"/>
          <w:jc w:val="center"/>
        </w:trPr>
        <w:tc>
          <w:tcPr>
            <w:tcW w:w="2144" w:type="pct"/>
            <w:gridSpan w:val="2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2B7651" w14:textId="77777777" w:rsidR="00832DAA" w:rsidRDefault="00EC56C2">
            <w:pPr>
              <w:spacing w:after="0"/>
            </w:pPr>
            <w:r>
              <w:rPr>
                <w:b/>
                <w:color w:val="000000"/>
                <w:sz w:val="17"/>
              </w:rPr>
              <w:t xml:space="preserve">Institución vinculada o que respalda la </w:t>
            </w:r>
            <w:r>
              <w:rPr>
                <w:b/>
                <w:color w:val="000000"/>
                <w:sz w:val="17"/>
              </w:rPr>
              <w:t>experiencia**</w:t>
            </w:r>
          </w:p>
        </w:tc>
        <w:tc>
          <w:tcPr>
            <w:tcW w:w="2856" w:type="pct"/>
            <w:gridSpan w:val="3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66E621" w14:textId="77777777" w:rsidR="00832DAA" w:rsidRDefault="00832DAA">
            <w:pPr>
              <w:spacing w:after="0"/>
            </w:pPr>
          </w:p>
        </w:tc>
      </w:tr>
      <w:tr w:rsidR="00832DAA" w14:paraId="641FB52E" w14:textId="77777777" w:rsidTr="00E47BA3">
        <w:trPr>
          <w:trHeight w:val="595"/>
          <w:jc w:val="center"/>
        </w:trPr>
        <w:tc>
          <w:tcPr>
            <w:tcW w:w="2144" w:type="pct"/>
            <w:gridSpan w:val="2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15E369" w14:textId="77777777" w:rsidR="00832DAA" w:rsidRDefault="00EC56C2">
            <w:pPr>
              <w:spacing w:after="0"/>
            </w:pPr>
            <w:r>
              <w:rPr>
                <w:b/>
                <w:color w:val="000000"/>
                <w:sz w:val="17"/>
              </w:rPr>
              <w:t>Declaración del responsable</w:t>
            </w:r>
          </w:p>
        </w:tc>
        <w:tc>
          <w:tcPr>
            <w:tcW w:w="2856" w:type="pct"/>
            <w:gridSpan w:val="3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C21155" w14:textId="77777777" w:rsidR="00832DAA" w:rsidRDefault="00EC56C2">
            <w:pPr>
              <w:spacing w:after="0"/>
            </w:pPr>
            <w:r>
              <w:rPr>
                <w:sz w:val="17"/>
              </w:rPr>
              <w:t>Declaro que la información consignada en esta ficha es veraz, que conozco y acepto las bases del concurso y que la propuesta adjunta cuenta con las autorizaciones que correspondan.</w:t>
            </w:r>
          </w:p>
        </w:tc>
      </w:tr>
      <w:tr w:rsidR="00832DAA" w14:paraId="331EEA7B" w14:textId="77777777" w:rsidTr="00E47BA3">
        <w:trPr>
          <w:jc w:val="center"/>
        </w:trPr>
        <w:tc>
          <w:tcPr>
            <w:tcW w:w="2142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20" w:type="dxa"/>
              <w:right w:w="60" w:type="dxa"/>
            </w:tcMar>
          </w:tcPr>
          <w:p w14:paraId="2F76949B" w14:textId="77777777" w:rsidR="00832DAA" w:rsidRDefault="00EC56C2">
            <w:pPr>
              <w:spacing w:after="0"/>
            </w:pPr>
            <w:r>
              <w:rPr>
                <w:color w:val="000000"/>
                <w:sz w:val="17"/>
              </w:rPr>
              <w:t xml:space="preserve">Lugar y fecha: </w:t>
            </w:r>
            <w:r>
              <w:rPr>
                <w:color w:val="000000"/>
                <w:sz w:val="17"/>
              </w:rPr>
              <w:t>____________________</w:t>
            </w:r>
          </w:p>
        </w:tc>
        <w:tc>
          <w:tcPr>
            <w:tcW w:w="142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20" w:type="dxa"/>
              <w:right w:w="60" w:type="dxa"/>
            </w:tcMar>
          </w:tcPr>
          <w:p w14:paraId="732FD18D" w14:textId="77777777" w:rsidR="00832DAA" w:rsidRDefault="00832DAA">
            <w:pPr>
              <w:spacing w:after="0"/>
            </w:pP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20" w:type="dxa"/>
              <w:right w:w="60" w:type="dxa"/>
            </w:tcMar>
          </w:tcPr>
          <w:p w14:paraId="0C8706DC" w14:textId="77777777" w:rsidR="00832DAA" w:rsidRDefault="00EC56C2">
            <w:pPr>
              <w:spacing w:after="0"/>
              <w:jc w:val="center"/>
            </w:pPr>
            <w:r>
              <w:rPr>
                <w:color w:val="000000"/>
                <w:sz w:val="17"/>
              </w:rPr>
              <w:t>________________________________</w:t>
            </w:r>
          </w:p>
        </w:tc>
      </w:tr>
      <w:tr w:rsidR="00832DAA" w14:paraId="1CFBA51B" w14:textId="77777777" w:rsidTr="00E47BA3">
        <w:trPr>
          <w:jc w:val="center"/>
        </w:trPr>
        <w:tc>
          <w:tcPr>
            <w:tcW w:w="2142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20" w:type="dxa"/>
              <w:right w:w="60" w:type="dxa"/>
            </w:tcMar>
          </w:tcPr>
          <w:p w14:paraId="4416523E" w14:textId="77777777" w:rsidR="00832DAA" w:rsidRDefault="00832DAA"/>
        </w:tc>
        <w:tc>
          <w:tcPr>
            <w:tcW w:w="142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20" w:type="dxa"/>
              <w:right w:w="60" w:type="dxa"/>
            </w:tcMar>
          </w:tcPr>
          <w:p w14:paraId="275DDB08" w14:textId="77777777" w:rsidR="00832DAA" w:rsidRDefault="00832DAA"/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20" w:type="dxa"/>
              <w:right w:w="60" w:type="dxa"/>
            </w:tcMar>
          </w:tcPr>
          <w:p w14:paraId="56A898D2" w14:textId="77777777" w:rsidR="00832DAA" w:rsidRDefault="00EC56C2">
            <w:pPr>
              <w:spacing w:after="0"/>
              <w:jc w:val="center"/>
            </w:pPr>
            <w:r>
              <w:rPr>
                <w:b/>
                <w:color w:val="000000"/>
                <w:sz w:val="16"/>
              </w:rPr>
              <w:t>Firma del responsable principal</w:t>
            </w:r>
          </w:p>
        </w:tc>
      </w:tr>
    </w:tbl>
    <w:p w14:paraId="7CF9B719" w14:textId="77777777" w:rsidR="00832DAA" w:rsidRDefault="00EC56C2">
      <w:pPr>
        <w:spacing w:before="20" w:after="0"/>
      </w:pPr>
      <w:r>
        <w:rPr>
          <w:color w:val="5A5A5A"/>
          <w:sz w:val="15"/>
        </w:rPr>
        <w:lastRenderedPageBreak/>
        <w:t>* Completar solo cuando corresponda.  ** Adjuntar carta de respaldo o autorización institucional/comunitaria cuando corresponda.</w:t>
      </w:r>
    </w:p>
    <w:p w14:paraId="12F2466D" w14:textId="77777777" w:rsidR="00832DAA" w:rsidRDefault="00EC56C2">
      <w:pPr>
        <w:spacing w:after="0"/>
      </w:pPr>
      <w:r>
        <w:rPr>
          <w:b/>
          <w:color w:val="4A3E74"/>
          <w:sz w:val="15"/>
        </w:rPr>
        <w:t xml:space="preserve">Nota: La ficha deberá </w:t>
      </w:r>
      <w:r>
        <w:rPr>
          <w:b/>
          <w:color w:val="4A3E74"/>
          <w:sz w:val="15"/>
        </w:rPr>
        <w:t>remitirse junto con la documentación exigida en las bases del concurso.</w:t>
      </w:r>
    </w:p>
    <w:sectPr w:rsidR="00832DAA" w:rsidSect="00034616">
      <w:footerReference w:type="default" r:id="rId9"/>
      <w:pgSz w:w="11906" w:h="16838"/>
      <w:pgMar w:top="624" w:right="765" w:bottom="624" w:left="76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5EE93" w14:textId="77777777" w:rsidR="00EC56C2" w:rsidRDefault="00EC56C2">
      <w:pPr>
        <w:spacing w:after="0" w:line="240" w:lineRule="auto"/>
      </w:pPr>
      <w:r>
        <w:separator/>
      </w:r>
    </w:p>
  </w:endnote>
  <w:endnote w:type="continuationSeparator" w:id="0">
    <w:p w14:paraId="44DC507D" w14:textId="77777777" w:rsidR="00EC56C2" w:rsidRDefault="00EC5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D39D2" w14:textId="77777777" w:rsidR="00832DAA" w:rsidRDefault="00EC56C2">
    <w:pPr>
      <w:pStyle w:val="Piedepgina"/>
      <w:jc w:val="center"/>
    </w:pPr>
    <w:r>
      <w:rPr>
        <w:color w:val="787878"/>
        <w:sz w:val="15"/>
      </w:rPr>
      <w:t>Concurso de Buenas Prácticas en Salud Bucal Comunitaria y Atención Primaria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2CDF7" w14:textId="77777777" w:rsidR="00EC56C2" w:rsidRDefault="00EC56C2">
      <w:pPr>
        <w:spacing w:after="0" w:line="240" w:lineRule="auto"/>
      </w:pPr>
      <w:r>
        <w:separator/>
      </w:r>
    </w:p>
  </w:footnote>
  <w:footnote w:type="continuationSeparator" w:id="0">
    <w:p w14:paraId="45E70C97" w14:textId="77777777" w:rsidR="00EC56C2" w:rsidRDefault="00EC5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E684A"/>
    <w:rsid w:val="00832DAA"/>
    <w:rsid w:val="00AA1D8D"/>
    <w:rsid w:val="00B47730"/>
    <w:rsid w:val="00CB0664"/>
    <w:rsid w:val="00E47BA3"/>
    <w:rsid w:val="00EC56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7F828C1"/>
  <w14:defaultImageDpi w14:val="300"/>
  <w15:docId w15:val="{4EE6F8C3-CC82-4131-AC21-292D9582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1516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wilder llallico huancaya</cp:lastModifiedBy>
  <cp:revision>2</cp:revision>
  <dcterms:created xsi:type="dcterms:W3CDTF">2026-08-21T14:49:00Z</dcterms:created>
  <dcterms:modified xsi:type="dcterms:W3CDTF">2026-08-21T14:49:00Z</dcterms:modified>
  <cp:category/>
</cp:coreProperties>
</file>